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14D2E" w14:textId="2930668D" w:rsidR="00FB4574" w:rsidRPr="00FB4574" w:rsidRDefault="00FB4574" w:rsidP="00FB4574">
      <w:pPr>
        <w:pStyle w:val="Title"/>
      </w:pPr>
      <w:proofErr w:type="spellStart"/>
      <w:r w:rsidRPr="00FB4574">
        <w:t>Shokz</w:t>
      </w:r>
      <w:proofErr w:type="spellEnd"/>
      <w:r w:rsidRPr="00FB4574">
        <w:t xml:space="preserve"> OpenComm2 2025 Accessible User Guide</w:t>
      </w:r>
    </w:p>
    <w:p w14:paraId="45ECB180" w14:textId="77777777" w:rsidR="00A325CA" w:rsidRDefault="00A325CA"/>
    <w:sdt>
      <w:sdtPr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id w:val="-199965133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46260CE" w14:textId="77777777" w:rsidR="00882F69" w:rsidRDefault="00882F69">
          <w:pPr>
            <w:pStyle w:val="TOCHeading"/>
          </w:pPr>
          <w:r>
            <w:t>Contents</w:t>
          </w:r>
        </w:p>
        <w:p w14:paraId="4DFA3951" w14:textId="26907465" w:rsidR="0058257C" w:rsidRDefault="00882F69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4441180" w:history="1">
            <w:r w:rsidR="0058257C" w:rsidRPr="00255830">
              <w:rPr>
                <w:rStyle w:val="Hyperlink"/>
                <w:noProof/>
              </w:rPr>
              <w:t>How It Works</w:t>
            </w:r>
            <w:r w:rsidR="0058257C">
              <w:rPr>
                <w:noProof/>
                <w:webHidden/>
              </w:rPr>
              <w:tab/>
            </w:r>
            <w:r w:rsidR="0058257C">
              <w:rPr>
                <w:noProof/>
                <w:webHidden/>
              </w:rPr>
              <w:fldChar w:fldCharType="begin"/>
            </w:r>
            <w:r w:rsidR="0058257C">
              <w:rPr>
                <w:noProof/>
                <w:webHidden/>
              </w:rPr>
              <w:instrText xml:space="preserve"> PAGEREF _Toc194441180 \h </w:instrText>
            </w:r>
            <w:r w:rsidR="0058257C">
              <w:rPr>
                <w:noProof/>
                <w:webHidden/>
              </w:rPr>
            </w:r>
            <w:r w:rsidR="0058257C">
              <w:rPr>
                <w:noProof/>
                <w:webHidden/>
              </w:rPr>
              <w:fldChar w:fldCharType="separate"/>
            </w:r>
            <w:r w:rsidR="0058257C">
              <w:rPr>
                <w:noProof/>
                <w:webHidden/>
              </w:rPr>
              <w:t>2</w:t>
            </w:r>
            <w:r w:rsidR="0058257C">
              <w:rPr>
                <w:noProof/>
                <w:webHidden/>
              </w:rPr>
              <w:fldChar w:fldCharType="end"/>
            </w:r>
          </w:hyperlink>
        </w:p>
        <w:p w14:paraId="1375AC80" w14:textId="11287FA9" w:rsidR="0058257C" w:rsidRDefault="0058257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4441181" w:history="1">
            <w:r w:rsidRPr="00255830">
              <w:rPr>
                <w:rStyle w:val="Hyperlink"/>
                <w:noProof/>
              </w:rPr>
              <w:t>Headset Controls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_Toc194441181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675656" w14:textId="1683F2EA" w:rsidR="0058257C" w:rsidRDefault="0058257C">
          <w:pPr>
            <w:pStyle w:val="TOC3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4441182" w:history="1">
            <w:r w:rsidRPr="00255830">
              <w:rPr>
                <w:rStyle w:val="Hyperlink"/>
                <w:noProof/>
              </w:rPr>
              <w:t>Turn on the headset: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_Toc194441182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67DEAF" w14:textId="7067F9F4" w:rsidR="0058257C" w:rsidRDefault="0058257C">
          <w:pPr>
            <w:pStyle w:val="TOC3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4441183" w:history="1">
            <w:r w:rsidRPr="00255830">
              <w:rPr>
                <w:rStyle w:val="Hyperlink"/>
                <w:noProof/>
              </w:rPr>
              <w:t>Turn off the headset: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_Toc194441183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D6B751" w14:textId="5C3CDEBF" w:rsidR="0058257C" w:rsidRDefault="0058257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4441184" w:history="1">
            <w:r w:rsidRPr="00255830">
              <w:rPr>
                <w:rStyle w:val="Hyperlink"/>
                <w:noProof/>
              </w:rPr>
              <w:t>Pairing to Mobile Device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_Toc194441184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436CCD" w14:textId="63753024" w:rsidR="0058257C" w:rsidRDefault="0058257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4441185" w:history="1">
            <w:r w:rsidRPr="00255830">
              <w:rPr>
                <w:rStyle w:val="Hyperlink"/>
                <w:noProof/>
              </w:rPr>
              <w:t>How to Wear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_Toc194441185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B1CE29" w14:textId="45C434F1" w:rsidR="0058257C" w:rsidRDefault="0058257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4441186" w:history="1">
            <w:r w:rsidRPr="00255830">
              <w:rPr>
                <w:rStyle w:val="Hyperlink"/>
                <w:noProof/>
              </w:rPr>
              <w:t>Music and Calls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_Toc194441186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3EE4FD" w14:textId="1BE41215" w:rsidR="0058257C" w:rsidRDefault="0058257C">
          <w:pPr>
            <w:pStyle w:val="TOC3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4441187" w:history="1">
            <w:r w:rsidRPr="00255830">
              <w:rPr>
                <w:rStyle w:val="Hyperlink"/>
                <w:noProof/>
              </w:rPr>
              <w:t>How to check battery status: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_Toc194441187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E3C5E8" w14:textId="461B5D79" w:rsidR="0058257C" w:rsidRDefault="0058257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4441188" w:history="1">
            <w:r w:rsidRPr="00255830">
              <w:rPr>
                <w:rStyle w:val="Hyperlink"/>
                <w:noProof/>
              </w:rPr>
              <w:t>EQ Modes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_Toc194441188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2C22D5" w14:textId="010ACF40" w:rsidR="0058257C" w:rsidRDefault="0058257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4441189" w:history="1">
            <w:r w:rsidRPr="00255830">
              <w:rPr>
                <w:rStyle w:val="Hyperlink"/>
                <w:noProof/>
              </w:rPr>
              <w:t>Switching EQ Modes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_Toc194441189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411F25" w14:textId="3D292AB3" w:rsidR="0058257C" w:rsidRDefault="0058257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4441190" w:history="1">
            <w:r w:rsidRPr="00255830">
              <w:rPr>
                <w:rStyle w:val="Hyperlink"/>
                <w:noProof/>
              </w:rPr>
              <w:t>Turn MultiPoint Pairing 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_Toc194441190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549926" w14:textId="585B4524" w:rsidR="0058257C" w:rsidRDefault="0058257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4441191" w:history="1">
            <w:r w:rsidRPr="00255830">
              <w:rPr>
                <w:rStyle w:val="Hyperlink"/>
                <w:noProof/>
              </w:rPr>
              <w:t>Turn MultiPoint Pairing Off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_Toc194441191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83FDF4" w14:textId="6CA8FB0F" w:rsidR="0058257C" w:rsidRDefault="0058257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4441192" w:history="1">
            <w:r w:rsidRPr="00255830">
              <w:rPr>
                <w:rStyle w:val="Hyperlink"/>
                <w:noProof/>
              </w:rPr>
              <w:t>Restore Factory Settings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_Toc194441192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B2477D" w14:textId="707FA22D" w:rsidR="0058257C" w:rsidRDefault="0058257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4441193" w:history="1">
            <w:r w:rsidRPr="00255830">
              <w:rPr>
                <w:rStyle w:val="Hyperlink"/>
                <w:noProof/>
              </w:rPr>
              <w:t>Changing Languages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_Toc194441193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D7C0C" w14:textId="39039E0C" w:rsidR="0058257C" w:rsidRDefault="0058257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4441194" w:history="1">
            <w:r w:rsidRPr="00255830">
              <w:rPr>
                <w:rStyle w:val="Hyperlink"/>
                <w:noProof/>
              </w:rPr>
              <w:t>Charging Tips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_Toc194441194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3CB917" w14:textId="4792525F" w:rsidR="0058257C" w:rsidRDefault="0058257C">
          <w:pPr>
            <w:pStyle w:val="TOC2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4441195" w:history="1">
            <w:r w:rsidRPr="00255830">
              <w:rPr>
                <w:rStyle w:val="Hyperlink"/>
                <w:noProof/>
              </w:rPr>
              <w:t>Warranty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_Toc194441195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95944D" w14:textId="0D7A908C" w:rsidR="0058257C" w:rsidRDefault="0058257C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4441196" w:history="1">
            <w:r w:rsidRPr="00255830">
              <w:rPr>
                <w:rStyle w:val="Hyperlink"/>
                <w:noProof/>
              </w:rPr>
              <w:t>Troubleshooting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_Toc194441196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672BDB" w14:textId="2BA1EE5D" w:rsidR="0058257C" w:rsidRDefault="0058257C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4441197" w:history="1">
            <w:r w:rsidRPr="00255830">
              <w:rPr>
                <w:rStyle w:val="Hyperlink"/>
                <w:noProof/>
              </w:rPr>
              <w:t>What’s in the Box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_Toc194441197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0A6140" w14:textId="7B94FA23" w:rsidR="0058257C" w:rsidRDefault="0058257C">
          <w:pPr>
            <w:pStyle w:val="TOC1"/>
            <w:tabs>
              <w:tab w:val="right" w:leader="dot" w:pos="8630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4441198" w:history="1">
            <w:r w:rsidRPr="00255830">
              <w:rPr>
                <w:rStyle w:val="Hyperlink"/>
                <w:noProof/>
              </w:rPr>
              <w:t>Shokz App &amp; Shokz Connect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_Toc194441198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9776A6" w14:textId="4641B548" w:rsidR="00882F69" w:rsidRDefault="00882F69">
          <w:r>
            <w:rPr>
              <w:b/>
              <w:bCs/>
              <w:noProof/>
            </w:rPr>
            <w:fldChar w:fldCharType="end"/>
          </w:r>
        </w:p>
      </w:sdtContent>
    </w:sdt>
    <w:p w14:paraId="7EAFB583" w14:textId="77777777" w:rsidR="00A325CA" w:rsidRDefault="00000000">
      <w:r>
        <w:t xml:space="preserve"> </w:t>
      </w:r>
    </w:p>
    <w:p w14:paraId="35D3626B" w14:textId="77777777" w:rsidR="00A325CA" w:rsidRDefault="00A325CA"/>
    <w:p w14:paraId="09737838" w14:textId="77777777" w:rsidR="00A325CA" w:rsidRDefault="00A325CA"/>
    <w:p w14:paraId="2DD7AB8D" w14:textId="77777777" w:rsidR="00F21EF3" w:rsidRDefault="00F21EF3"/>
    <w:p w14:paraId="45DD0455" w14:textId="77777777" w:rsidR="00A325CA" w:rsidRDefault="00000000">
      <w:pPr>
        <w:pStyle w:val="Heading1"/>
      </w:pPr>
      <w:bookmarkStart w:id="0" w:name="_Toc194441180"/>
      <w:r>
        <w:lastRenderedPageBreak/>
        <w:t>How It Works</w:t>
      </w:r>
      <w:bookmarkEnd w:id="0"/>
    </w:p>
    <w:p w14:paraId="4AFC0EFD" w14:textId="77777777" w:rsidR="00A325CA" w:rsidRDefault="00A325CA"/>
    <w:p w14:paraId="42D7DF25" w14:textId="77777777" w:rsidR="00A325CA" w:rsidRDefault="00000000">
      <w:pPr>
        <w:pStyle w:val="Heading2"/>
      </w:pPr>
      <w:bookmarkStart w:id="1" w:name="_Toc194441181"/>
      <w:r>
        <w:t>Headset Controls</w:t>
      </w:r>
      <w:bookmarkEnd w:id="1"/>
    </w:p>
    <w:p w14:paraId="6E98631C" w14:textId="77777777" w:rsidR="00A325CA" w:rsidRDefault="00A325CA"/>
    <w:p w14:paraId="671F0CC0" w14:textId="77777777" w:rsidR="00A325CA" w:rsidRDefault="00000000">
      <w:pPr>
        <w:pStyle w:val="Heading3"/>
      </w:pPr>
      <w:bookmarkStart w:id="2" w:name="_Toc194441182"/>
      <w:r>
        <w:t>Turn on the headset:</w:t>
      </w:r>
      <w:bookmarkEnd w:id="2"/>
    </w:p>
    <w:p w14:paraId="2D390B07" w14:textId="77777777" w:rsidR="00A325CA" w:rsidRDefault="00000000">
      <w:r>
        <w:t>Press and hold the Power/Volume+ Button until the LED indicator flashes blue.</w:t>
      </w:r>
    </w:p>
    <w:p w14:paraId="0068C6E4" w14:textId="77777777" w:rsidR="00A325CA" w:rsidRDefault="00000000">
      <w:r>
        <w:t xml:space="preserve">*Audrey will say, “Welcome to </w:t>
      </w:r>
      <w:proofErr w:type="spellStart"/>
      <w:r>
        <w:t>Shokz</w:t>
      </w:r>
      <w:proofErr w:type="spellEnd"/>
      <w:r>
        <w:t>.”</w:t>
      </w:r>
    </w:p>
    <w:p w14:paraId="4EA2C6E9" w14:textId="77777777" w:rsidR="00A325CA" w:rsidRDefault="00000000">
      <w:pPr>
        <w:pStyle w:val="Heading3"/>
      </w:pPr>
      <w:bookmarkStart w:id="3" w:name="_Toc194441183"/>
      <w:r>
        <w:t>Turn off the headset:</w:t>
      </w:r>
      <w:bookmarkEnd w:id="3"/>
    </w:p>
    <w:p w14:paraId="55B5A752" w14:textId="77777777" w:rsidR="00A325CA" w:rsidRDefault="00000000">
      <w:r>
        <w:t>Press and hold the Power/Volume+ Button until the LED indicator flashes red.</w:t>
      </w:r>
    </w:p>
    <w:p w14:paraId="34E0D260" w14:textId="77777777" w:rsidR="00A325CA" w:rsidRDefault="00000000">
      <w:r>
        <w:t>*Audrey will say, “Power off.”</w:t>
      </w:r>
    </w:p>
    <w:p w14:paraId="2FF381B2" w14:textId="77777777" w:rsidR="00A325CA" w:rsidRDefault="00A325CA"/>
    <w:p w14:paraId="7F99B6E1" w14:textId="5D918A9C" w:rsidR="00A325CA" w:rsidRDefault="00000000" w:rsidP="0079697C">
      <w:pPr>
        <w:pStyle w:val="Heading2"/>
      </w:pPr>
      <w:bookmarkStart w:id="4" w:name="_Toc194441184"/>
      <w:r>
        <w:t>Pairing to Mobile Device</w:t>
      </w:r>
      <w:bookmarkEnd w:id="4"/>
    </w:p>
    <w:p w14:paraId="5FA08D73" w14:textId="77777777" w:rsidR="00A325CA" w:rsidRDefault="00000000">
      <w:r>
        <w:t>Start with your headset turned off.</w:t>
      </w:r>
    </w:p>
    <w:p w14:paraId="782EC1C5" w14:textId="56B44A41" w:rsidR="00A325CA" w:rsidRDefault="00000000">
      <w:r>
        <w:t>Press and hold the Volume+ Button until the LED indicator flashes red and blue alternately.</w:t>
      </w:r>
    </w:p>
    <w:p w14:paraId="139EAB14" w14:textId="3074DD5F" w:rsidR="00A325CA" w:rsidRDefault="00000000">
      <w:r>
        <w:t xml:space="preserve">Select "OpenComm2 by </w:t>
      </w:r>
      <w:proofErr w:type="spellStart"/>
      <w:r>
        <w:t>Shokz_II</w:t>
      </w:r>
      <w:proofErr w:type="spellEnd"/>
      <w:r>
        <w:t>" on your device's Bluetooth settings. Audrey will say, "Connected".</w:t>
      </w:r>
    </w:p>
    <w:p w14:paraId="4915DB55" w14:textId="77777777" w:rsidR="00A325CA" w:rsidRDefault="00A325CA"/>
    <w:p w14:paraId="2DACB363" w14:textId="64842033" w:rsidR="00A325CA" w:rsidRDefault="00000000" w:rsidP="0079697C">
      <w:pPr>
        <w:pStyle w:val="Heading2"/>
      </w:pPr>
      <w:bookmarkStart w:id="5" w:name="_Toc194441185"/>
      <w:r>
        <w:t>How to Wear</w:t>
      </w:r>
      <w:bookmarkEnd w:id="5"/>
    </w:p>
    <w:p w14:paraId="75E05D73" w14:textId="3BD432F9" w:rsidR="00A325CA" w:rsidRDefault="00000000">
      <w:r>
        <w:t>Slide the headset over your head, bring it to the back of your neck and position the ear hooks on your ears.</w:t>
      </w:r>
    </w:p>
    <w:p w14:paraId="3B6E044E" w14:textId="77777777" w:rsidR="00A325CA" w:rsidRDefault="00000000">
      <w:r>
        <w:t>*Position the noise-canceling microphone close to your mouth.</w:t>
      </w:r>
    </w:p>
    <w:p w14:paraId="06A8042C" w14:textId="77777777" w:rsidR="00A325CA" w:rsidRDefault="00000000">
      <w:r>
        <w:t>*Wearing your headset the wrong way could cause discomfort. Be sure you have the transducers resting in front of your ears.</w:t>
      </w:r>
    </w:p>
    <w:p w14:paraId="76B4CBAC" w14:textId="77777777" w:rsidR="00A325CA" w:rsidRDefault="00A325CA"/>
    <w:p w14:paraId="10F66E76" w14:textId="77777777" w:rsidR="00A325CA" w:rsidRDefault="00000000">
      <w:pPr>
        <w:pStyle w:val="Heading2"/>
      </w:pPr>
      <w:bookmarkStart w:id="6" w:name="_Toc194441186"/>
      <w:r>
        <w:t>Music and Calls</w:t>
      </w:r>
      <w:bookmarkEnd w:id="6"/>
    </w:p>
    <w:p w14:paraId="0C33C743" w14:textId="77777777" w:rsidR="005D32AE" w:rsidRPr="005D32AE" w:rsidRDefault="005D32AE" w:rsidP="005D32AE">
      <w:r w:rsidRPr="005D32AE">
        <w:rPr>
          <w:b/>
          <w:bCs/>
        </w:rPr>
        <w:t>Adjust Volume:</w:t>
      </w:r>
    </w:p>
    <w:p w14:paraId="397019E6" w14:textId="77777777" w:rsidR="005D32AE" w:rsidRPr="005D32AE" w:rsidRDefault="005D32AE" w:rsidP="005D32AE">
      <w:pPr>
        <w:numPr>
          <w:ilvl w:val="0"/>
          <w:numId w:val="10"/>
        </w:numPr>
      </w:pPr>
      <w:r w:rsidRPr="005D32AE">
        <w:t xml:space="preserve">Press the </w:t>
      </w:r>
      <w:r w:rsidRPr="005D32AE">
        <w:rPr>
          <w:b/>
          <w:bCs/>
        </w:rPr>
        <w:t>Volume+</w:t>
      </w:r>
      <w:r w:rsidRPr="005D32AE">
        <w:t xml:space="preserve"> or </w:t>
      </w:r>
      <w:r w:rsidRPr="005D32AE">
        <w:rPr>
          <w:b/>
          <w:bCs/>
        </w:rPr>
        <w:t>Volume–</w:t>
      </w:r>
      <w:r w:rsidRPr="005D32AE">
        <w:t xml:space="preserve"> button during playback to adjust volume.</w:t>
      </w:r>
    </w:p>
    <w:p w14:paraId="1C9E6E1D" w14:textId="77777777" w:rsidR="005D32AE" w:rsidRPr="005D32AE" w:rsidRDefault="005D32AE" w:rsidP="005D32AE">
      <w:pPr>
        <w:numPr>
          <w:ilvl w:val="0"/>
          <w:numId w:val="10"/>
        </w:numPr>
      </w:pPr>
      <w:r w:rsidRPr="005D32AE">
        <w:t>A “beep” will sound when you reach maximum volume.</w:t>
      </w:r>
    </w:p>
    <w:p w14:paraId="04F3150C" w14:textId="77777777" w:rsidR="005D32AE" w:rsidRPr="005D32AE" w:rsidRDefault="005D32AE" w:rsidP="005D32AE">
      <w:r w:rsidRPr="005D32AE">
        <w:rPr>
          <w:b/>
          <w:bCs/>
        </w:rPr>
        <w:t>Play/Pause Music:</w:t>
      </w:r>
    </w:p>
    <w:p w14:paraId="7C7B1DE9" w14:textId="77777777" w:rsidR="005D32AE" w:rsidRPr="005D32AE" w:rsidRDefault="005D32AE" w:rsidP="005D32AE">
      <w:pPr>
        <w:numPr>
          <w:ilvl w:val="0"/>
          <w:numId w:val="11"/>
        </w:numPr>
      </w:pPr>
      <w:r w:rsidRPr="005D32AE">
        <w:lastRenderedPageBreak/>
        <w:t xml:space="preserve">Press the </w:t>
      </w:r>
      <w:r w:rsidRPr="005D32AE">
        <w:rPr>
          <w:b/>
          <w:bCs/>
        </w:rPr>
        <w:t>Multifunction button once</w:t>
      </w:r>
      <w:r w:rsidRPr="005D32AE">
        <w:t>.</w:t>
      </w:r>
    </w:p>
    <w:p w14:paraId="1A376876" w14:textId="77777777" w:rsidR="005D32AE" w:rsidRPr="005D32AE" w:rsidRDefault="005D32AE" w:rsidP="005D32AE">
      <w:r w:rsidRPr="005D32AE">
        <w:rPr>
          <w:b/>
          <w:bCs/>
        </w:rPr>
        <w:t>Next Track:</w:t>
      </w:r>
    </w:p>
    <w:p w14:paraId="5AAF313C" w14:textId="77777777" w:rsidR="005D32AE" w:rsidRPr="005D32AE" w:rsidRDefault="005D32AE" w:rsidP="005D32AE">
      <w:pPr>
        <w:numPr>
          <w:ilvl w:val="0"/>
          <w:numId w:val="12"/>
        </w:numPr>
      </w:pPr>
      <w:r w:rsidRPr="005D32AE">
        <w:rPr>
          <w:b/>
          <w:bCs/>
        </w:rPr>
        <w:t>Double-press</w:t>
      </w:r>
      <w:r w:rsidRPr="005D32AE">
        <w:t xml:space="preserve"> the Multifunction button.</w:t>
      </w:r>
    </w:p>
    <w:p w14:paraId="0E00B7BF" w14:textId="77777777" w:rsidR="005D32AE" w:rsidRPr="005D32AE" w:rsidRDefault="005D32AE" w:rsidP="005D32AE">
      <w:r w:rsidRPr="005D32AE">
        <w:rPr>
          <w:b/>
          <w:bCs/>
        </w:rPr>
        <w:t>Previous Track:</w:t>
      </w:r>
    </w:p>
    <w:p w14:paraId="4C95D1E8" w14:textId="77777777" w:rsidR="005D32AE" w:rsidRPr="005D32AE" w:rsidRDefault="005D32AE" w:rsidP="005D32AE">
      <w:pPr>
        <w:numPr>
          <w:ilvl w:val="0"/>
          <w:numId w:val="13"/>
        </w:numPr>
      </w:pPr>
      <w:r w:rsidRPr="005D32AE">
        <w:rPr>
          <w:b/>
          <w:bCs/>
        </w:rPr>
        <w:t>Triple-press</w:t>
      </w:r>
      <w:r w:rsidRPr="005D32AE">
        <w:t xml:space="preserve"> the Multifunction button.</w:t>
      </w:r>
    </w:p>
    <w:p w14:paraId="2AA2A1FA" w14:textId="77777777" w:rsidR="005D32AE" w:rsidRPr="005D32AE" w:rsidRDefault="005D32AE" w:rsidP="005D32AE">
      <w:r w:rsidRPr="005D32AE">
        <w:rPr>
          <w:b/>
          <w:bCs/>
        </w:rPr>
        <w:t>Answer a Call:</w:t>
      </w:r>
    </w:p>
    <w:p w14:paraId="3C2CAE7D" w14:textId="77777777" w:rsidR="005D32AE" w:rsidRPr="005D32AE" w:rsidRDefault="005D32AE" w:rsidP="005D32AE">
      <w:pPr>
        <w:numPr>
          <w:ilvl w:val="0"/>
          <w:numId w:val="14"/>
        </w:numPr>
      </w:pPr>
      <w:r w:rsidRPr="005D32AE">
        <w:rPr>
          <w:b/>
          <w:bCs/>
        </w:rPr>
        <w:t>Press once</w:t>
      </w:r>
      <w:r w:rsidRPr="005D32AE">
        <w:t xml:space="preserve"> when a call comes in.</w:t>
      </w:r>
    </w:p>
    <w:p w14:paraId="192ED3DE" w14:textId="77777777" w:rsidR="005D32AE" w:rsidRPr="005D32AE" w:rsidRDefault="005D32AE" w:rsidP="005D32AE">
      <w:r w:rsidRPr="005D32AE">
        <w:rPr>
          <w:b/>
          <w:bCs/>
        </w:rPr>
        <w:t>End a Call:</w:t>
      </w:r>
    </w:p>
    <w:p w14:paraId="3482B90D" w14:textId="77777777" w:rsidR="005D32AE" w:rsidRPr="005D32AE" w:rsidRDefault="005D32AE" w:rsidP="005D32AE">
      <w:pPr>
        <w:numPr>
          <w:ilvl w:val="0"/>
          <w:numId w:val="15"/>
        </w:numPr>
      </w:pPr>
      <w:r w:rsidRPr="005D32AE">
        <w:rPr>
          <w:b/>
          <w:bCs/>
        </w:rPr>
        <w:t>Press once</w:t>
      </w:r>
      <w:r w:rsidRPr="005D32AE">
        <w:t xml:space="preserve"> during a call.</w:t>
      </w:r>
    </w:p>
    <w:p w14:paraId="1601F38E" w14:textId="77777777" w:rsidR="005D32AE" w:rsidRPr="005D32AE" w:rsidRDefault="005D32AE" w:rsidP="005D32AE">
      <w:r w:rsidRPr="005D32AE">
        <w:rPr>
          <w:b/>
          <w:bCs/>
        </w:rPr>
        <w:t>Reject a Call:</w:t>
      </w:r>
    </w:p>
    <w:p w14:paraId="63E93B2B" w14:textId="77777777" w:rsidR="005D32AE" w:rsidRPr="005D32AE" w:rsidRDefault="005D32AE" w:rsidP="005D32AE">
      <w:pPr>
        <w:numPr>
          <w:ilvl w:val="0"/>
          <w:numId w:val="16"/>
        </w:numPr>
      </w:pPr>
      <w:r w:rsidRPr="005D32AE">
        <w:rPr>
          <w:b/>
          <w:bCs/>
        </w:rPr>
        <w:t>Double-press</w:t>
      </w:r>
      <w:r w:rsidRPr="005D32AE">
        <w:t xml:space="preserve"> the Multifunction button when a call comes in.</w:t>
      </w:r>
    </w:p>
    <w:p w14:paraId="058FBD63" w14:textId="77777777" w:rsidR="005D32AE" w:rsidRPr="005D32AE" w:rsidRDefault="005D32AE" w:rsidP="005D32AE">
      <w:r w:rsidRPr="005D32AE">
        <w:rPr>
          <w:b/>
          <w:bCs/>
        </w:rPr>
        <w:t>Answer a Second Call and End the First:</w:t>
      </w:r>
    </w:p>
    <w:p w14:paraId="76612D7E" w14:textId="77777777" w:rsidR="005D32AE" w:rsidRPr="005D32AE" w:rsidRDefault="005D32AE" w:rsidP="005D32AE">
      <w:pPr>
        <w:numPr>
          <w:ilvl w:val="0"/>
          <w:numId w:val="17"/>
        </w:numPr>
      </w:pPr>
      <w:r w:rsidRPr="005D32AE">
        <w:rPr>
          <w:b/>
          <w:bCs/>
        </w:rPr>
        <w:t>Press once</w:t>
      </w:r>
      <w:r w:rsidRPr="005D32AE">
        <w:t xml:space="preserve"> during the new incoming call.</w:t>
      </w:r>
    </w:p>
    <w:p w14:paraId="091B3343" w14:textId="77777777" w:rsidR="005D32AE" w:rsidRPr="005D32AE" w:rsidRDefault="005D32AE" w:rsidP="005D32AE">
      <w:r w:rsidRPr="005D32AE">
        <w:rPr>
          <w:b/>
          <w:bCs/>
        </w:rPr>
        <w:t>Put Current Call on Hold and Answer New Call:</w:t>
      </w:r>
    </w:p>
    <w:p w14:paraId="738A47CF" w14:textId="77777777" w:rsidR="005D32AE" w:rsidRPr="005D32AE" w:rsidRDefault="005D32AE" w:rsidP="005D32AE">
      <w:pPr>
        <w:numPr>
          <w:ilvl w:val="0"/>
          <w:numId w:val="18"/>
        </w:numPr>
      </w:pPr>
      <w:r w:rsidRPr="005D32AE">
        <w:rPr>
          <w:b/>
          <w:bCs/>
        </w:rPr>
        <w:t>Press and hold</w:t>
      </w:r>
      <w:r w:rsidRPr="005D32AE">
        <w:t xml:space="preserve"> the Multifunction button for 2 seconds.</w:t>
      </w:r>
    </w:p>
    <w:p w14:paraId="1AF1D26D" w14:textId="77777777" w:rsidR="005D32AE" w:rsidRPr="005D32AE" w:rsidRDefault="005D32AE" w:rsidP="005D32AE">
      <w:r w:rsidRPr="005D32AE">
        <w:rPr>
          <w:b/>
          <w:bCs/>
        </w:rPr>
        <w:t>Switch Between Two Calls:</w:t>
      </w:r>
    </w:p>
    <w:p w14:paraId="4A226DBF" w14:textId="77777777" w:rsidR="005D32AE" w:rsidRPr="005D32AE" w:rsidRDefault="005D32AE" w:rsidP="005D32AE">
      <w:pPr>
        <w:numPr>
          <w:ilvl w:val="0"/>
          <w:numId w:val="19"/>
        </w:numPr>
      </w:pPr>
      <w:r w:rsidRPr="005D32AE">
        <w:rPr>
          <w:b/>
          <w:bCs/>
        </w:rPr>
        <w:t>Press and hold</w:t>
      </w:r>
      <w:r w:rsidRPr="005D32AE">
        <w:t xml:space="preserve"> the Multifunction button for 2 seconds.</w:t>
      </w:r>
    </w:p>
    <w:p w14:paraId="25D92389" w14:textId="77777777" w:rsidR="005D32AE" w:rsidRPr="005D32AE" w:rsidRDefault="005D32AE" w:rsidP="005D32AE">
      <w:r w:rsidRPr="005D32AE">
        <w:rPr>
          <w:b/>
          <w:bCs/>
        </w:rPr>
        <w:t>End a Call and Switch to the Call on Hold:</w:t>
      </w:r>
    </w:p>
    <w:p w14:paraId="16350EDF" w14:textId="77777777" w:rsidR="005D32AE" w:rsidRPr="005D32AE" w:rsidRDefault="005D32AE" w:rsidP="005D32AE">
      <w:pPr>
        <w:numPr>
          <w:ilvl w:val="0"/>
          <w:numId w:val="20"/>
        </w:numPr>
      </w:pPr>
      <w:r w:rsidRPr="005D32AE">
        <w:rPr>
          <w:b/>
          <w:bCs/>
        </w:rPr>
        <w:t>Press once</w:t>
      </w:r>
      <w:r w:rsidRPr="005D32AE">
        <w:t>.</w:t>
      </w:r>
    </w:p>
    <w:p w14:paraId="0C883B29" w14:textId="77777777" w:rsidR="005D32AE" w:rsidRPr="005D32AE" w:rsidRDefault="005D32AE" w:rsidP="005D32AE">
      <w:r w:rsidRPr="005D32AE">
        <w:rPr>
          <w:b/>
          <w:bCs/>
        </w:rPr>
        <w:t>Mute Microphone:</w:t>
      </w:r>
    </w:p>
    <w:p w14:paraId="61524592" w14:textId="77777777" w:rsidR="005D32AE" w:rsidRPr="005D32AE" w:rsidRDefault="005D32AE" w:rsidP="005D32AE">
      <w:pPr>
        <w:numPr>
          <w:ilvl w:val="0"/>
          <w:numId w:val="21"/>
        </w:numPr>
      </w:pPr>
      <w:r w:rsidRPr="005D32AE">
        <w:rPr>
          <w:b/>
          <w:bCs/>
        </w:rPr>
        <w:t>Press the Mute button once</w:t>
      </w:r>
      <w:r w:rsidRPr="005D32AE">
        <w:t xml:space="preserve"> while on a call.</w:t>
      </w:r>
      <w:r w:rsidRPr="005D32AE">
        <w:br/>
        <w:t>Audrey will say “Mute on.”</w:t>
      </w:r>
    </w:p>
    <w:p w14:paraId="2C43DC4A" w14:textId="77777777" w:rsidR="005D32AE" w:rsidRPr="005D32AE" w:rsidRDefault="005D32AE" w:rsidP="005D32AE">
      <w:r w:rsidRPr="005D32AE">
        <w:rPr>
          <w:b/>
          <w:bCs/>
        </w:rPr>
        <w:t>Unmute Microphone:</w:t>
      </w:r>
    </w:p>
    <w:p w14:paraId="4266CC17" w14:textId="77777777" w:rsidR="005D32AE" w:rsidRPr="005D32AE" w:rsidRDefault="005D32AE" w:rsidP="005D32AE">
      <w:pPr>
        <w:numPr>
          <w:ilvl w:val="0"/>
          <w:numId w:val="22"/>
        </w:numPr>
      </w:pPr>
      <w:r w:rsidRPr="005D32AE">
        <w:rPr>
          <w:b/>
          <w:bCs/>
        </w:rPr>
        <w:t>Press the Mute button again</w:t>
      </w:r>
      <w:r w:rsidRPr="005D32AE">
        <w:t>.</w:t>
      </w:r>
      <w:r w:rsidRPr="005D32AE">
        <w:br/>
        <w:t>Audrey will say “Mute off.”</w:t>
      </w:r>
    </w:p>
    <w:p w14:paraId="7CB05396" w14:textId="77777777" w:rsidR="005D32AE" w:rsidRPr="005D32AE" w:rsidRDefault="005D32AE" w:rsidP="005D32AE">
      <w:r w:rsidRPr="005D32AE">
        <w:rPr>
          <w:b/>
          <w:bCs/>
        </w:rPr>
        <w:t>Activate Voice Assistant (e.g., Siri or Google Assistant):</w:t>
      </w:r>
    </w:p>
    <w:p w14:paraId="13839B67" w14:textId="77777777" w:rsidR="005D32AE" w:rsidRPr="005D32AE" w:rsidRDefault="005D32AE" w:rsidP="005D32AE">
      <w:pPr>
        <w:numPr>
          <w:ilvl w:val="0"/>
          <w:numId w:val="23"/>
        </w:numPr>
      </w:pPr>
      <w:r w:rsidRPr="005D32AE">
        <w:rPr>
          <w:b/>
          <w:bCs/>
        </w:rPr>
        <w:lastRenderedPageBreak/>
        <w:t>Press and hold</w:t>
      </w:r>
      <w:r w:rsidRPr="005D32AE">
        <w:t xml:space="preserve"> the Mute button for 2 seconds when not on a call.</w:t>
      </w:r>
    </w:p>
    <w:p w14:paraId="11268204" w14:textId="77777777" w:rsidR="00A325CA" w:rsidRDefault="00A325CA"/>
    <w:p w14:paraId="0D567E8A" w14:textId="77777777" w:rsidR="00A325CA" w:rsidRDefault="00000000">
      <w:pPr>
        <w:pStyle w:val="Heading3"/>
      </w:pPr>
      <w:bookmarkStart w:id="7" w:name="_Toc194441187"/>
      <w:r>
        <w:t>How to check battery status:</w:t>
      </w:r>
      <w:bookmarkEnd w:id="7"/>
    </w:p>
    <w:p w14:paraId="4325DFFD" w14:textId="22AEBFFB" w:rsidR="00A325CA" w:rsidRDefault="00000000">
      <w:r>
        <w:t>Click the “Volume+” or “Volume-” button while music is paused, Audrey will tell you what the battery status is:</w:t>
      </w:r>
    </w:p>
    <w:p w14:paraId="1F0EB78B" w14:textId="77777777" w:rsidR="00A325CA" w:rsidRDefault="00000000">
      <w:r>
        <w:t>* "Battery high/Battery medium/Battery low/Charge me"</w:t>
      </w:r>
    </w:p>
    <w:p w14:paraId="5E0C11A4" w14:textId="77777777" w:rsidR="00A325CA" w:rsidRDefault="00A325CA"/>
    <w:p w14:paraId="24049510" w14:textId="6E3C083F" w:rsidR="00A325CA" w:rsidRDefault="00000000" w:rsidP="002C6D1A">
      <w:pPr>
        <w:pStyle w:val="Heading2"/>
      </w:pPr>
      <w:bookmarkStart w:id="8" w:name="_Toc194441188"/>
      <w:r>
        <w:t>EQ Modes</w:t>
      </w:r>
      <w:bookmarkEnd w:id="8"/>
    </w:p>
    <w:p w14:paraId="36782A0E" w14:textId="2F370EB5" w:rsidR="002C6D1A" w:rsidRDefault="00000000">
      <w:r>
        <w:t>Standard Mode</w:t>
      </w:r>
      <w:r w:rsidR="002C6D1A">
        <w:t xml:space="preserve">: </w:t>
      </w:r>
      <w:r>
        <w:t>Balanced frequency for listening to music</w:t>
      </w:r>
    </w:p>
    <w:p w14:paraId="0E60ECE1" w14:textId="2FF398BB" w:rsidR="00A325CA" w:rsidRDefault="00000000">
      <w:r>
        <w:t>Vocal Booster Mod</w:t>
      </w:r>
      <w:r w:rsidR="002C6D1A">
        <w:t xml:space="preserve">e: </w:t>
      </w:r>
      <w:r>
        <w:t>Enhanced intermediate frequencies for audiobooks, podcasts, etc.</w:t>
      </w:r>
    </w:p>
    <w:p w14:paraId="376C3108" w14:textId="77777777" w:rsidR="00A325CA" w:rsidRDefault="00A325CA"/>
    <w:p w14:paraId="5DDD6833" w14:textId="10155891" w:rsidR="00A325CA" w:rsidRDefault="00000000" w:rsidP="002C6D1A">
      <w:pPr>
        <w:pStyle w:val="Heading2"/>
      </w:pPr>
      <w:bookmarkStart w:id="9" w:name="_Toc194441189"/>
      <w:r>
        <w:t>Switching EQ Modes</w:t>
      </w:r>
      <w:bookmarkEnd w:id="9"/>
    </w:p>
    <w:p w14:paraId="3BFE9B7C" w14:textId="1DF379EF" w:rsidR="00A325CA" w:rsidRDefault="00000000">
      <w:r>
        <w:t>Press and hold both buttons (Power/Volume+ Button and Volume- Button) while music is playing until you hear a beep.</w:t>
      </w:r>
    </w:p>
    <w:p w14:paraId="319FAD54" w14:textId="77777777" w:rsidR="00A325CA" w:rsidRDefault="00000000">
      <w:r>
        <w:t>*Audrey will say, “Standard Mode/Vocal Booster Mode.”</w:t>
      </w:r>
    </w:p>
    <w:p w14:paraId="55C93BB7" w14:textId="77777777" w:rsidR="00A325CA" w:rsidRDefault="00A325CA"/>
    <w:p w14:paraId="262ABD7A" w14:textId="209995B3" w:rsidR="00A325CA" w:rsidRDefault="00000000" w:rsidP="002C6D1A">
      <w:pPr>
        <w:pStyle w:val="Heading2"/>
      </w:pPr>
      <w:bookmarkStart w:id="10" w:name="_Toc194441190"/>
      <w:r>
        <w:t>Turn MultiPoint Pairing On</w:t>
      </w:r>
      <w:bookmarkEnd w:id="10"/>
    </w:p>
    <w:p w14:paraId="28C9866B" w14:textId="77777777" w:rsidR="00A325CA" w:rsidRDefault="00000000">
      <w:r>
        <w:t>Start with your headset powered off.</w:t>
      </w:r>
    </w:p>
    <w:p w14:paraId="5636925C" w14:textId="77777777" w:rsidR="00A325CA" w:rsidRDefault="00000000">
      <w:r>
        <w:t>Press and hold Volume+ until Audrey will say “Pairing” and the LED indicator flashes red and blue alternately.</w:t>
      </w:r>
    </w:p>
    <w:p w14:paraId="0699A4F3" w14:textId="77777777" w:rsidR="00A325CA" w:rsidRDefault="00000000">
      <w:r>
        <w:t>Press and hold the multifunction button and Volume+ button until Audrey will say "MultiPoint enabled."</w:t>
      </w:r>
    </w:p>
    <w:p w14:paraId="4F59A35E" w14:textId="77777777" w:rsidR="00A325CA" w:rsidRDefault="00000000">
      <w:r>
        <w:t xml:space="preserve">Open first device's Bluetooth® menu and select "OpenComm2 by </w:t>
      </w:r>
      <w:proofErr w:type="spellStart"/>
      <w:r>
        <w:t>Shokz_II"Audrey</w:t>
      </w:r>
      <w:proofErr w:type="spellEnd"/>
      <w:r>
        <w:t xml:space="preserve"> will say "Connected".</w:t>
      </w:r>
    </w:p>
    <w:p w14:paraId="3CDD239E" w14:textId="77777777" w:rsidR="00A325CA" w:rsidRDefault="00000000">
      <w:r>
        <w:t>Turn your headset off.</w:t>
      </w:r>
    </w:p>
    <w:p w14:paraId="0AAC2F68" w14:textId="77777777" w:rsidR="00A325CA" w:rsidRDefault="00000000">
      <w:r>
        <w:t>Re-enter pairing mode by pressing and holding Volume+ until Audrey says “</w:t>
      </w:r>
      <w:proofErr w:type="spellStart"/>
      <w:r>
        <w:t>Pairing”and</w:t>
      </w:r>
      <w:proofErr w:type="spellEnd"/>
      <w:r>
        <w:t xml:space="preserve"> the LED indicator flashes red and blue alternately.</w:t>
      </w:r>
    </w:p>
    <w:p w14:paraId="0AA35571" w14:textId="77777777" w:rsidR="00A325CA" w:rsidRDefault="00000000">
      <w:r>
        <w:t xml:space="preserve">Open second device's Bluetooth® menu and select "OpenComm2 by </w:t>
      </w:r>
      <w:proofErr w:type="spellStart"/>
      <w:r>
        <w:t>Shokz_II"Audrey</w:t>
      </w:r>
      <w:proofErr w:type="spellEnd"/>
      <w:r>
        <w:t xml:space="preserve"> will say "Connected."</w:t>
      </w:r>
    </w:p>
    <w:p w14:paraId="37118D6B" w14:textId="77777777" w:rsidR="00A325CA" w:rsidRDefault="00000000">
      <w:r>
        <w:lastRenderedPageBreak/>
        <w:t>Turn your headset off.</w:t>
      </w:r>
    </w:p>
    <w:p w14:paraId="376B12A5" w14:textId="77777777" w:rsidR="00A325CA" w:rsidRDefault="00000000">
      <w:r>
        <w:t>Turn your headset on. Your headset is now connected to both devices.</w:t>
      </w:r>
    </w:p>
    <w:p w14:paraId="21B71671" w14:textId="77777777" w:rsidR="00A325CA" w:rsidRDefault="00A325CA"/>
    <w:p w14:paraId="79DDE1A3" w14:textId="009467E5" w:rsidR="00A325CA" w:rsidRDefault="00000000" w:rsidP="002C6D1A">
      <w:pPr>
        <w:pStyle w:val="Heading2"/>
      </w:pPr>
      <w:bookmarkStart w:id="11" w:name="_Toc194441191"/>
      <w:r>
        <w:t>Turn MultiPoint Pairing Off</w:t>
      </w:r>
      <w:bookmarkEnd w:id="11"/>
    </w:p>
    <w:p w14:paraId="1449BDEC" w14:textId="77777777" w:rsidR="00A325CA" w:rsidRDefault="00000000">
      <w:r>
        <w:t>Start with your headset powered off.</w:t>
      </w:r>
    </w:p>
    <w:p w14:paraId="6C07CA9E" w14:textId="77777777" w:rsidR="00A325CA" w:rsidRDefault="00000000">
      <w:r>
        <w:t>Press and hold Volume+ until Audrey will say “Pairing” and the LED indicator flashes red and blue alternately.</w:t>
      </w:r>
    </w:p>
    <w:p w14:paraId="01F4FEF9" w14:textId="77777777" w:rsidR="00A325CA" w:rsidRDefault="00000000">
      <w:r>
        <w:t>Press and hold the multifunction button and Volume+ button until Audrey will say "MultiPoint Pairing disabled."</w:t>
      </w:r>
    </w:p>
    <w:p w14:paraId="2EE63567" w14:textId="77777777" w:rsidR="00A325CA" w:rsidRDefault="00A325CA"/>
    <w:p w14:paraId="509B8AEF" w14:textId="77777777" w:rsidR="00A325CA" w:rsidRDefault="00000000" w:rsidP="002C6D1A">
      <w:pPr>
        <w:pStyle w:val="Heading2"/>
      </w:pPr>
      <w:bookmarkStart w:id="12" w:name="_Toc194441192"/>
      <w:r>
        <w:t>Restore Factory Settings</w:t>
      </w:r>
      <w:bookmarkEnd w:id="12"/>
    </w:p>
    <w:p w14:paraId="25AEB989" w14:textId="77777777" w:rsidR="00A325CA" w:rsidRDefault="00000000">
      <w:r>
        <w:t>Start with your headset powered off.</w:t>
      </w:r>
    </w:p>
    <w:p w14:paraId="7525B9AB" w14:textId="110322C6" w:rsidR="00A325CA" w:rsidRDefault="00000000">
      <w:r>
        <w:t>Press and hold the “Volume+” button until Audrey says “Pairing”. The LED indicator will flash red and blue.</w:t>
      </w:r>
    </w:p>
    <w:p w14:paraId="4350DDF1" w14:textId="77777777" w:rsidR="00A325CA" w:rsidRDefault="00000000">
      <w:r>
        <w:t>Hold down the Multifunction button, the Volume- button, and the Volume+ button until you hear two beeps.</w:t>
      </w:r>
    </w:p>
    <w:p w14:paraId="105F341B" w14:textId="77777777" w:rsidR="00A325CA" w:rsidRDefault="00000000">
      <w:r>
        <w:t>Turn your headset off. The headset is now reset and can be re-paired to your device.</w:t>
      </w:r>
    </w:p>
    <w:p w14:paraId="2F5EA336" w14:textId="77777777" w:rsidR="00A325CA" w:rsidRDefault="00A325CA"/>
    <w:p w14:paraId="5CA81952" w14:textId="77777777" w:rsidR="00A325CA" w:rsidRDefault="00000000">
      <w:pPr>
        <w:pStyle w:val="Heading2"/>
      </w:pPr>
      <w:bookmarkStart w:id="13" w:name="_Toc194441193"/>
      <w:r>
        <w:t>Changing Languages</w:t>
      </w:r>
      <w:bookmarkEnd w:id="13"/>
    </w:p>
    <w:p w14:paraId="37E03C4D" w14:textId="77777777" w:rsidR="00A325CA" w:rsidRDefault="00000000">
      <w:r>
        <w:t>Your headset has four built-in languages:</w:t>
      </w:r>
    </w:p>
    <w:p w14:paraId="307623D3" w14:textId="77777777" w:rsidR="00A325CA" w:rsidRDefault="00000000">
      <w:r>
        <w:t>Chinese, English, Japanese and Korean.</w:t>
      </w:r>
    </w:p>
    <w:p w14:paraId="4CD74034" w14:textId="77777777" w:rsidR="002C6D1A" w:rsidRDefault="002C6D1A"/>
    <w:p w14:paraId="4B75CC00" w14:textId="4059B73C" w:rsidR="00A325CA" w:rsidRDefault="00000000">
      <w:r>
        <w:t>Start with your headset powered off.</w:t>
      </w:r>
    </w:p>
    <w:p w14:paraId="011FF6D1" w14:textId="77777777" w:rsidR="00A325CA" w:rsidRDefault="00000000">
      <w:r>
        <w:t>Press and hold Volume+ until Audrey says “Pairing” and the LED indicator flashes red and blue alternately.</w:t>
      </w:r>
    </w:p>
    <w:p w14:paraId="4A90BF8A" w14:textId="77777777" w:rsidR="00A325CA" w:rsidRDefault="00000000">
      <w:r>
        <w:t>Double-press the multifunction button. Languages have been switched when you hear the corresponding language.</w:t>
      </w:r>
    </w:p>
    <w:p w14:paraId="62DCF7B4" w14:textId="77777777" w:rsidR="00A325CA" w:rsidRDefault="00A325CA"/>
    <w:p w14:paraId="5217932D" w14:textId="77777777" w:rsidR="00A325CA" w:rsidRDefault="00000000">
      <w:pPr>
        <w:pStyle w:val="Heading2"/>
      </w:pPr>
      <w:bookmarkStart w:id="14" w:name="_Toc194441194"/>
      <w:r>
        <w:lastRenderedPageBreak/>
        <w:t>Charging Tips</w:t>
      </w:r>
      <w:bookmarkEnd w:id="14"/>
    </w:p>
    <w:p w14:paraId="0E8A22BF" w14:textId="3A7FE3D4" w:rsidR="00A325CA" w:rsidRDefault="00000000">
      <w:r>
        <w:t>The headset will automatically shut down when charging</w:t>
      </w:r>
    </w:p>
    <w:p w14:paraId="6463B22E" w14:textId="77777777" w:rsidR="00A325CA" w:rsidRDefault="00000000">
      <w:r>
        <w:t xml:space="preserve">When the headset's battery is low, you will hear a “Charge me” prompt, and the red light will flash. Use the </w:t>
      </w:r>
      <w:proofErr w:type="gramStart"/>
      <w:r>
        <w:t>provided charging cable</w:t>
      </w:r>
      <w:proofErr w:type="gramEnd"/>
      <w:r>
        <w:t xml:space="preserve"> to recharge.</w:t>
      </w:r>
    </w:p>
    <w:p w14:paraId="5FB782C6" w14:textId="77777777" w:rsidR="00A325CA" w:rsidRDefault="00000000">
      <w:r>
        <w:t>The LED indicator will light up red while charging, and the headset will automatically power off. Once fully charged, the LED indicator will turn from red to blue.</w:t>
      </w:r>
    </w:p>
    <w:p w14:paraId="1E20CDA2" w14:textId="77777777" w:rsidR="00A325CA" w:rsidRDefault="00A325CA"/>
    <w:p w14:paraId="48FD1552" w14:textId="5753FFC0" w:rsidR="00A325CA" w:rsidRDefault="00000000" w:rsidP="002C6D1A">
      <w:pPr>
        <w:pStyle w:val="Heading2"/>
      </w:pPr>
      <w:bookmarkStart w:id="15" w:name="_Toc194441195"/>
      <w:r>
        <w:t>Warranty</w:t>
      </w:r>
      <w:bookmarkEnd w:id="15"/>
    </w:p>
    <w:p w14:paraId="3027D81C" w14:textId="77777777" w:rsidR="00A325CA" w:rsidRDefault="00000000">
      <w:r>
        <w:t>Your headset is covered by a warranty. Visit our website at https://shokz.com/pages/warranty-landing for details of the limited warranty. *Failure to register will not affect your limited warranty rights.</w:t>
      </w:r>
    </w:p>
    <w:p w14:paraId="039A848A" w14:textId="77777777" w:rsidR="00A325CA" w:rsidRDefault="00A325CA"/>
    <w:p w14:paraId="6DC6EF3F" w14:textId="17B01D3E" w:rsidR="00A325CA" w:rsidRDefault="00000000" w:rsidP="006A3205">
      <w:pPr>
        <w:pStyle w:val="Heading1"/>
      </w:pPr>
      <w:bookmarkStart w:id="16" w:name="_Toc194441196"/>
      <w:r>
        <w:t>Troubleshooting</w:t>
      </w:r>
      <w:bookmarkEnd w:id="16"/>
    </w:p>
    <w:p w14:paraId="03D53A94" w14:textId="77777777" w:rsidR="00A325CA" w:rsidRDefault="00000000">
      <w:r>
        <w:t>If you experience any issues or problems, please visit https://shokz.com/pages/faq for more support</w:t>
      </w:r>
    </w:p>
    <w:p w14:paraId="2634E874" w14:textId="77777777" w:rsidR="00A325CA" w:rsidRDefault="00A325CA"/>
    <w:p w14:paraId="15CD689C" w14:textId="5A5E9203" w:rsidR="00A325CA" w:rsidRDefault="00000000" w:rsidP="006A3205">
      <w:pPr>
        <w:pStyle w:val="Heading1"/>
      </w:pPr>
      <w:bookmarkStart w:id="17" w:name="_Toc194441197"/>
      <w:r>
        <w:t>What’s in the Box</w:t>
      </w:r>
      <w:bookmarkEnd w:id="17"/>
    </w:p>
    <w:p w14:paraId="10AE8F1D" w14:textId="3E814C4B" w:rsidR="00A325CA" w:rsidRDefault="00000000">
      <w:r>
        <w:t>OpenComm2 Headse</w:t>
      </w:r>
      <w:r w:rsidR="006A3205">
        <w:t>t</w:t>
      </w:r>
    </w:p>
    <w:p w14:paraId="2484E6C9" w14:textId="416ECDFA" w:rsidR="00A325CA" w:rsidRDefault="00000000">
      <w:r>
        <w:t>USB-</w:t>
      </w:r>
      <w:r w:rsidR="006A3205">
        <w:t xml:space="preserve">C </w:t>
      </w:r>
      <w:r>
        <w:t>Charging Cable</w:t>
      </w:r>
    </w:p>
    <w:p w14:paraId="1996775A" w14:textId="16403793" w:rsidR="00A325CA" w:rsidRDefault="00000000">
      <w:r>
        <w:t>OpenComm2 User Guide</w:t>
      </w:r>
    </w:p>
    <w:p w14:paraId="3C6D725D" w14:textId="77777777" w:rsidR="00A325CA" w:rsidRDefault="00000000">
      <w:r>
        <w:t>Legal Statement</w:t>
      </w:r>
    </w:p>
    <w:p w14:paraId="0C0900E6" w14:textId="77777777" w:rsidR="006A3205" w:rsidRDefault="006A3205" w:rsidP="006A3205">
      <w:r>
        <w:t>*Please note that product packaging may vary depending on the sales region.</w:t>
      </w:r>
    </w:p>
    <w:p w14:paraId="3C18E3ED" w14:textId="77777777" w:rsidR="00A325CA" w:rsidRDefault="00A325CA"/>
    <w:p w14:paraId="21ECC6ED" w14:textId="77777777" w:rsidR="00A325CA" w:rsidRDefault="00000000">
      <w:r>
        <w:t xml:space="preserve">If any part of your product is damaged or missing, do not use it. Contact an authorized </w:t>
      </w:r>
      <w:proofErr w:type="spellStart"/>
      <w:r>
        <w:t>Shokz</w:t>
      </w:r>
      <w:proofErr w:type="spellEnd"/>
      <w:r>
        <w:t xml:space="preserve"> dealer or </w:t>
      </w:r>
      <w:proofErr w:type="spellStart"/>
      <w:r>
        <w:t>Shokz</w:t>
      </w:r>
      <w:proofErr w:type="spellEnd"/>
      <w:r>
        <w:t xml:space="preserve"> customer service.</w:t>
      </w:r>
    </w:p>
    <w:p w14:paraId="5F3A4E5E" w14:textId="77777777" w:rsidR="00A325CA" w:rsidRDefault="00A325CA"/>
    <w:p w14:paraId="02ACC7D6" w14:textId="1F7E6398" w:rsidR="00A325CA" w:rsidRDefault="00000000" w:rsidP="006A3205">
      <w:pPr>
        <w:pStyle w:val="Heading1"/>
      </w:pPr>
      <w:bookmarkStart w:id="18" w:name="_Toc194441198"/>
      <w:proofErr w:type="spellStart"/>
      <w:r>
        <w:lastRenderedPageBreak/>
        <w:t>Shokz</w:t>
      </w:r>
      <w:proofErr w:type="spellEnd"/>
      <w:r>
        <w:t xml:space="preserve"> App &amp; </w:t>
      </w:r>
      <w:proofErr w:type="spellStart"/>
      <w:r>
        <w:t>Shokz</w:t>
      </w:r>
      <w:proofErr w:type="spellEnd"/>
      <w:r>
        <w:t xml:space="preserve"> Connect</w:t>
      </w:r>
      <w:bookmarkEnd w:id="18"/>
    </w:p>
    <w:p w14:paraId="6A44FFF2" w14:textId="23DAEFEC" w:rsidR="00A325CA" w:rsidRDefault="00000000">
      <w:r>
        <w:t xml:space="preserve">Download the </w:t>
      </w:r>
      <w:proofErr w:type="spellStart"/>
      <w:r>
        <w:t>Shokz</w:t>
      </w:r>
      <w:proofErr w:type="spellEnd"/>
      <w:r>
        <w:t xml:space="preserve"> App for your phone and </w:t>
      </w:r>
      <w:proofErr w:type="spellStart"/>
      <w:r>
        <w:t>Shokz</w:t>
      </w:r>
      <w:proofErr w:type="spellEnd"/>
      <w:r>
        <w:t xml:space="preserve"> Connect for your computer for the latest features and technical support.</w:t>
      </w:r>
    </w:p>
    <w:p w14:paraId="741BC9E4" w14:textId="77777777" w:rsidR="00A325CA" w:rsidRDefault="00000000">
      <w:r>
        <w:t xml:space="preserve">Please note, the headset only supports the Android version of the </w:t>
      </w:r>
      <w:proofErr w:type="spellStart"/>
      <w:r>
        <w:t>Shokz</w:t>
      </w:r>
      <w:proofErr w:type="spellEnd"/>
      <w:r>
        <w:t xml:space="preserve"> App.</w:t>
      </w:r>
    </w:p>
    <w:p w14:paraId="4ED0F648" w14:textId="2132EC74" w:rsidR="00A325CA" w:rsidRDefault="00000000">
      <w:r>
        <w:t>Google Play is a trademark of Google LLC.</w:t>
      </w:r>
    </w:p>
    <w:p w14:paraId="7521ACE1" w14:textId="3F8EE360" w:rsidR="00CF7D57" w:rsidRDefault="00CF7D57"/>
    <w:p w14:paraId="14A2F430" w14:textId="71C2BF7C" w:rsidR="00EB1A07" w:rsidRDefault="00EB1A07">
      <w:r w:rsidRPr="00EB1A07">
        <w:t xml:space="preserve">"Note: The wireless adapter (Loop120 UC) mentioned in other guides is not included with this version. For more information about adapter pairing, visit the </w:t>
      </w:r>
      <w:proofErr w:type="spellStart"/>
      <w:r w:rsidRPr="00EB1A07">
        <w:t>Shokz</w:t>
      </w:r>
      <w:proofErr w:type="spellEnd"/>
      <w:r w:rsidRPr="00EB1A07">
        <w:t xml:space="preserve"> website."</w:t>
      </w:r>
    </w:p>
    <w:p w14:paraId="4008A76B" w14:textId="77777777" w:rsidR="00EB1A07" w:rsidRDefault="00EB1A07"/>
    <w:sectPr w:rsidR="00EB1A0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36D6C" w14:textId="77777777" w:rsidR="00C370A5" w:rsidRDefault="00C370A5" w:rsidP="00555C4B">
      <w:pPr>
        <w:spacing w:after="0" w:line="240" w:lineRule="auto"/>
      </w:pPr>
      <w:r>
        <w:separator/>
      </w:r>
    </w:p>
  </w:endnote>
  <w:endnote w:type="continuationSeparator" w:id="0">
    <w:p w14:paraId="1FEFA9D3" w14:textId="77777777" w:rsidR="00C370A5" w:rsidRDefault="00C370A5" w:rsidP="00555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43F94" w14:textId="77777777" w:rsidR="00C370A5" w:rsidRDefault="00C370A5" w:rsidP="00555C4B">
      <w:pPr>
        <w:spacing w:after="0" w:line="240" w:lineRule="auto"/>
      </w:pPr>
      <w:r>
        <w:separator/>
      </w:r>
    </w:p>
  </w:footnote>
  <w:footnote w:type="continuationSeparator" w:id="0">
    <w:p w14:paraId="12B8B3BF" w14:textId="77777777" w:rsidR="00C370A5" w:rsidRDefault="00C370A5" w:rsidP="00555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6615E1"/>
    <w:multiLevelType w:val="multilevel"/>
    <w:tmpl w:val="09FED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002891"/>
    <w:multiLevelType w:val="multilevel"/>
    <w:tmpl w:val="F2B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0A6395"/>
    <w:multiLevelType w:val="multilevel"/>
    <w:tmpl w:val="19BC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A02CC8"/>
    <w:multiLevelType w:val="multilevel"/>
    <w:tmpl w:val="827E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7C122F"/>
    <w:multiLevelType w:val="multilevel"/>
    <w:tmpl w:val="9EF8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3B50FD"/>
    <w:multiLevelType w:val="multilevel"/>
    <w:tmpl w:val="6CEC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F6178B"/>
    <w:multiLevelType w:val="multilevel"/>
    <w:tmpl w:val="ED2EA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9C6627"/>
    <w:multiLevelType w:val="multilevel"/>
    <w:tmpl w:val="6794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E50D4C"/>
    <w:multiLevelType w:val="multilevel"/>
    <w:tmpl w:val="B5B4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EE73C5"/>
    <w:multiLevelType w:val="multilevel"/>
    <w:tmpl w:val="1D4C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A253A2"/>
    <w:multiLevelType w:val="multilevel"/>
    <w:tmpl w:val="52B43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C15F1E"/>
    <w:multiLevelType w:val="multilevel"/>
    <w:tmpl w:val="A8041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C919BE"/>
    <w:multiLevelType w:val="multilevel"/>
    <w:tmpl w:val="AA34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D1416B"/>
    <w:multiLevelType w:val="multilevel"/>
    <w:tmpl w:val="AA32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8724108">
    <w:abstractNumId w:val="8"/>
  </w:num>
  <w:num w:numId="2" w16cid:durableId="1100956937">
    <w:abstractNumId w:val="6"/>
  </w:num>
  <w:num w:numId="3" w16cid:durableId="1396976729">
    <w:abstractNumId w:val="5"/>
  </w:num>
  <w:num w:numId="4" w16cid:durableId="1899441541">
    <w:abstractNumId w:val="4"/>
  </w:num>
  <w:num w:numId="5" w16cid:durableId="212932617">
    <w:abstractNumId w:val="7"/>
  </w:num>
  <w:num w:numId="6" w16cid:durableId="1802962578">
    <w:abstractNumId w:val="3"/>
  </w:num>
  <w:num w:numId="7" w16cid:durableId="709960969">
    <w:abstractNumId w:val="2"/>
  </w:num>
  <w:num w:numId="8" w16cid:durableId="1818455041">
    <w:abstractNumId w:val="1"/>
  </w:num>
  <w:num w:numId="9" w16cid:durableId="95518070">
    <w:abstractNumId w:val="0"/>
  </w:num>
  <w:num w:numId="10" w16cid:durableId="1494252030">
    <w:abstractNumId w:val="13"/>
  </w:num>
  <w:num w:numId="11" w16cid:durableId="507209512">
    <w:abstractNumId w:val="20"/>
  </w:num>
  <w:num w:numId="12" w16cid:durableId="1613395481">
    <w:abstractNumId w:val="15"/>
  </w:num>
  <w:num w:numId="13" w16cid:durableId="105279102">
    <w:abstractNumId w:val="18"/>
  </w:num>
  <w:num w:numId="14" w16cid:durableId="991329269">
    <w:abstractNumId w:val="9"/>
  </w:num>
  <w:num w:numId="15" w16cid:durableId="215094424">
    <w:abstractNumId w:val="14"/>
  </w:num>
  <w:num w:numId="16" w16cid:durableId="1161700765">
    <w:abstractNumId w:val="16"/>
  </w:num>
  <w:num w:numId="17" w16cid:durableId="32848121">
    <w:abstractNumId w:val="11"/>
  </w:num>
  <w:num w:numId="18" w16cid:durableId="862591600">
    <w:abstractNumId w:val="17"/>
  </w:num>
  <w:num w:numId="19" w16cid:durableId="1138838646">
    <w:abstractNumId w:val="19"/>
  </w:num>
  <w:num w:numId="20" w16cid:durableId="551505567">
    <w:abstractNumId w:val="10"/>
  </w:num>
  <w:num w:numId="21" w16cid:durableId="716591879">
    <w:abstractNumId w:val="21"/>
  </w:num>
  <w:num w:numId="22" w16cid:durableId="494954517">
    <w:abstractNumId w:val="22"/>
  </w:num>
  <w:num w:numId="23" w16cid:durableId="6985794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6D1A"/>
    <w:rsid w:val="002E70E2"/>
    <w:rsid w:val="00326F90"/>
    <w:rsid w:val="003B234E"/>
    <w:rsid w:val="00555C4B"/>
    <w:rsid w:val="0058257C"/>
    <w:rsid w:val="005D32AE"/>
    <w:rsid w:val="00614B47"/>
    <w:rsid w:val="006A3205"/>
    <w:rsid w:val="00721709"/>
    <w:rsid w:val="0079697C"/>
    <w:rsid w:val="007A00BC"/>
    <w:rsid w:val="007F5E9C"/>
    <w:rsid w:val="00882F69"/>
    <w:rsid w:val="00907C1F"/>
    <w:rsid w:val="009130DB"/>
    <w:rsid w:val="00916276"/>
    <w:rsid w:val="00A325CA"/>
    <w:rsid w:val="00A3306C"/>
    <w:rsid w:val="00A72A23"/>
    <w:rsid w:val="00AA1D8D"/>
    <w:rsid w:val="00AA510D"/>
    <w:rsid w:val="00B019D2"/>
    <w:rsid w:val="00B47730"/>
    <w:rsid w:val="00B84B1D"/>
    <w:rsid w:val="00B922AB"/>
    <w:rsid w:val="00C370A5"/>
    <w:rsid w:val="00CB0664"/>
    <w:rsid w:val="00CF7D57"/>
    <w:rsid w:val="00E24D8D"/>
    <w:rsid w:val="00EB1A07"/>
    <w:rsid w:val="00EE57E2"/>
    <w:rsid w:val="00F21EF3"/>
    <w:rsid w:val="00FB457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382E5C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882F6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82F6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82F6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882F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5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1173</Words>
  <Characters>6162</Characters>
  <Application>Microsoft Office Word</Application>
  <DocSecurity>0</DocSecurity>
  <Lines>212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2025-04-02T03:48:00Z</dcterms:created>
  <dcterms:modified xsi:type="dcterms:W3CDTF">2025-12-05T17:44:00Z</dcterms:modified>
  <cp:category/>
</cp:coreProperties>
</file>